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– לחיות בעדר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מדויק בטקסט מידעי, בטבלה ובגרפים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השערה לעדות ובין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פסקת טיעון מבוססת על מידע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זברת הערבות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זכר שליט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הזברות אוכלות עשב גבוה וקשה והגנו עשב נמוך 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כ-1,300,000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אריה וגנו (שווים)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הרחקת זבובים עוקצים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הזברה צמחונית ואוכלת בעיקר עשב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כמו טביעת אצבע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זברת הערבות הנפוצה ביותר, וזברת גרבי בסכנת הכחדה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היא נמנמת בעמידה ושוכבת רק לשינה עמוקה וקצרה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זבובים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גרבי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 מוביל את הקבוצה?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(זכר שליט בכל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(אין מנהיג קבוע; שמירה על שטח בעונת ההזדווגות)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(נקבה מבוגרת ומנוסה)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(אין מנהיג אחד; העדר נע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(נותרו ממנה רק כמה אלפים בטבע)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הניסוי עם הזבובים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מעלים השערה שהפסים מרחיקים זבובים עוקצים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מלבישים סוסים בכיסויים מפוספסים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מצלמים כיצד זבובים מנסים לנחות על הסוסים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את התוצאות ומסיקים שהזבובים התקשו לנחות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כוללת: טענה ברורה בפתיחה, שני נימוקים (למשל שמירה משותפת, הגנה מטורפים, ביטחון במספרים), מילת קישור אחת לפחות, ומשפט סיכום בסוף.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הזברות אוכלות עשב גבוה וקשה והגנו עשב נמוך 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השערת הזבובים; הניסוי הראה שזבובים מתקשים לנחות על פסים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שמתייחסת לשמירה, הגנה או ביטחון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הכתיבה בחלק 6 כדאי לחזור יחד על הטבלה והגרפים כדי לוודא שהתלמידים בוחרים נימוק מבוסס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משימת ההשערה/עדות (חלק מהדף המקורי) בעל פה כהכנה למיון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להדגיש את ההבדל בין עובדה לדעה גם בדיונים אחרים בכיתה, לא רק בנושא הזברות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– לחיות בעדר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על זברות, גנו ובעלי חיים נוספים שחיים בעדר, ונתרגל קריאת טבלה וגרפים, וכן הבחנה בין השערה מדעית לעדות שבודקת אותה.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המין הנפוץ ביותר של זברות?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זברת הערבות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זברת ההרים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זברת גרבי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זברת המדבר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מוביל משפחה של זברות?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זכר 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נקבה מבוגרת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מנהיג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הסייח הבכור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הטבלה, מדוע הזברות והגנו אינם מתחרים על מזון?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אוכלים בשעות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הזברות אוכלות עשב גבוה וקשה והגנו עשב נמוך 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הגנו אוכלים עלים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הזברות לא אוכלות בזמן הנדידה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לפי גרף 1, כמה גנו בערך יוצאים למסע בכל 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כ-13,000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כ-130,000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כ-1,300,000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כ-13,000,000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לפי גרף 2, מי הכי מהיר בריצה קצרה?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אריה וגנו (שווים)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השערה נחשבת היום החזקה ביותר להסבר הפסים?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בלבול טורפים בריצה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קירור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הרחקת זבובים עוקצים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זברת הערבות היא בעל חיים טורף.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זברה יש דגם פסים ייחודי משלה.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זברת גרבי היא המין הנפוץ ביותר של זברות.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עדר גדול נוצר מהתאחדות של משפחות קטנות.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זברה ישנה תמיד בשכיבה עמוקה כל הלילה.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הזברה היא קרובת משפחה של הסוס ושל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בכל משפחה של זברות יש זכר שליט אחד וכמה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הגנו והזברות נודדים בעקבות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לפי רוב החוקרים, הפסים עוזרים בעיקר להרחיק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זברת __________ נמצאת כיום בסכנת הכחדה.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 מוביל את הקבוצה?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זברת הערבות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אין מנהיג אחד; העדר נע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נותרו ממנה רק כמה אלפים בטבע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פיל אפריקני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אין מנהיג קבוע; שמירה על שטח בעונת ההזדווגות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תאו אפריקני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זכר שליט בכל 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זברת גרבי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נקבה מבוגרת ומנוסה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הניסוי עם הזבובים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את התוצאות ומסיקים שהזבובים התקשו לנחות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מצלמים כיצד זבובים מנסים לנחות על הסוסים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מלבישים סוסים בכיסויים מפוספסים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מעלים השערה שהפסים מרחיקים זבובים עוקצים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האם עדיף לזברה לחיות בעדר גדול, או במשפחה קטנה לבד? כתבו פסקת טיעון של 5-7 שורות עם טענה, שני נימוקים לפחות מהטקסט/טבלה/גרף, מילות קישור וסיכום.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לפי הטבלה הזברות והגנו לא מתחרים על אוכל?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ההשערה המדעית החזקה ביותר כיום להסבר הפסים, ואיזו עדות תומכת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לבעל חיים שחי בעדר, וספרו איך זה עוזר לו לשרוד.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 הפסים – לחיות בעדר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