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מידעי, בטבלה ובגרפים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השערה לעדות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שליט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צמחונית ואוכלת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טביעת אצבע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מוביל את הקבוצה?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(זכר שליט בכל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מנהיג קבוע; שמירה על שטח בעונת ההזדווגות)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(נקבה מבוגרת ומנוסה)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הניסוי עם הזבובים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מעלים השערה שהפסים מרחיקים זבובים עוקצים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מלבישים סוסים בכיסויים מפוספסים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מצלמים כיצד זבובים מנסים לנחות על הסוסים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טענה ברורה בפתיחה, שני נימוקים (למשל שמירה משותפת, הגנה מטורפים, ביטחון במספרים), מילת קישור אחת לפחות, ומשפט סיכום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הזברות אוכלות עשב גבוה וקשה והגנו עשב נמוך 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השערת הזבובים; הניסוי הראה שזבובים מתקשים לנחות על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לשמירה, הגנה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הכתיבה בחלק 6 כדאי לחזור יחד על הטבלה והגרפים כדי לוודא שהתלמידים בוחרים נימוק מבוסס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ההשערה/עדות (חלק מהדף המקורי) בעל פה כהכנה למיון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עובדה לדעה גם בדיונים אחרים בכיתה, לא רק בנושא הזברות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זברות, גנו ובעלי חיים נוספים שחיים בעדר, ונתרגל קריאת טבלה וגרפים, וכן הבחנה בין השערה מדעית לעדות שבודקת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נקבות  ·  חמור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המין הנפוץ ביותר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משפחה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מנהיג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זברת הערבות היא בעל חיים טורף.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זברה יש דגם פסים ייחודי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הזברה היא קרובת משפחה של הסוס ושל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משפחה של זברות יש זכר שליט אחד וכמה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 מוביל את הקבוצה?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זברת הערבות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זכר שליט בכל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נקבה מבוגרת ומנוסה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פיל אפריקני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אין מנהיג קבוע; שמירה על שטח בעונת ההזדווגות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הניסוי עם הזבובים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מלבישים סוסים בכיסויים מפוספסים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מצלמים כיצד זבובים מנסים לנחות על הסוסים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מעלים השערה שהפסים מרחיקים זבובים עוקצים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עדיף לזברה לחיות בעדר גדול, או במשפחה קטנה לבד? כתבו פסקת טיעון של 5-7 שורות עם טענה, שני נימוקים לפחות מהטקסט/טבלה/גרף, מילות קישור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לפי הטבלה הזברות והגנו לא מתחרים על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ההשערה המדעית החזקה ביותר כיום להסבר הפסים, ואיזו עדות תומכת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לחיות בעדר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